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21EAF" w14:textId="42292245" w:rsidR="008A708C" w:rsidRPr="0090013F" w:rsidRDefault="00000000" w:rsidP="0090013F">
      <w:pPr>
        <w:ind w:firstLine="142"/>
        <w:jc w:val="center"/>
        <w:rPr>
          <w:sz w:val="32"/>
          <w:szCs w:val="32"/>
        </w:rPr>
      </w:pPr>
      <w:r w:rsidRPr="0090013F">
        <w:rPr>
          <w:rFonts w:ascii="Arial" w:hAnsi="Arial"/>
          <w:b/>
          <w:sz w:val="40"/>
          <w:szCs w:val="32"/>
        </w:rPr>
        <w:t>RELAÇÃO DE CANDIDATOS</w:t>
      </w:r>
    </w:p>
    <w:tbl>
      <w:tblPr>
        <w:tblStyle w:val="Tabelacomgrade"/>
        <w:tblW w:w="8680" w:type="dxa"/>
        <w:jc w:val="center"/>
        <w:tblLayout w:type="fixed"/>
        <w:tblLook w:val="04A0" w:firstRow="1" w:lastRow="0" w:firstColumn="1" w:lastColumn="0" w:noHBand="0" w:noVBand="1"/>
      </w:tblPr>
      <w:tblGrid>
        <w:gridCol w:w="4764"/>
        <w:gridCol w:w="3916"/>
      </w:tblGrid>
      <w:tr w:rsidR="008A708C" w:rsidRPr="0090013F" w14:paraId="14B99001" w14:textId="77777777" w:rsidTr="0090013F">
        <w:trPr>
          <w:trHeight w:val="201"/>
          <w:tblHeader/>
          <w:jc w:val="center"/>
        </w:trPr>
        <w:tc>
          <w:tcPr>
            <w:tcW w:w="4764" w:type="dxa"/>
            <w:shd w:val="clear" w:color="auto" w:fill="D9EAF7"/>
            <w:vAlign w:val="center"/>
          </w:tcPr>
          <w:p w14:paraId="261FDB55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b/>
                <w:sz w:val="28"/>
                <w:szCs w:val="36"/>
              </w:rPr>
              <w:t>Nome</w:t>
            </w:r>
          </w:p>
        </w:tc>
        <w:tc>
          <w:tcPr>
            <w:tcW w:w="3916" w:type="dxa"/>
            <w:shd w:val="clear" w:color="auto" w:fill="D9EAF7"/>
            <w:vAlign w:val="center"/>
          </w:tcPr>
          <w:p w14:paraId="2F2E0D1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b/>
                <w:sz w:val="28"/>
                <w:szCs w:val="36"/>
              </w:rPr>
              <w:t>Situação</w:t>
            </w:r>
          </w:p>
        </w:tc>
      </w:tr>
      <w:tr w:rsidR="008A708C" w:rsidRPr="0090013F" w14:paraId="07C9C535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2DD6214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Adrian Bernardo Cagliari Amadori</w:t>
            </w:r>
          </w:p>
        </w:tc>
        <w:tc>
          <w:tcPr>
            <w:tcW w:w="3916" w:type="dxa"/>
            <w:vAlign w:val="center"/>
          </w:tcPr>
          <w:p w14:paraId="0AC6CD97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8BFA84C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629F2595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Adrian Cornetti Pires da Silva</w:t>
            </w:r>
          </w:p>
        </w:tc>
        <w:tc>
          <w:tcPr>
            <w:tcW w:w="3916" w:type="dxa"/>
            <w:vAlign w:val="center"/>
          </w:tcPr>
          <w:p w14:paraId="0E71A47A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65E0DCE3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2BA84C7E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Adriana da Silva Padilha</w:t>
            </w:r>
          </w:p>
        </w:tc>
        <w:tc>
          <w:tcPr>
            <w:tcW w:w="3916" w:type="dxa"/>
            <w:vAlign w:val="center"/>
          </w:tcPr>
          <w:p w14:paraId="728B524A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4621AFB7" w14:textId="77777777" w:rsidTr="0090013F">
        <w:trPr>
          <w:trHeight w:val="201"/>
          <w:jc w:val="center"/>
        </w:trPr>
        <w:tc>
          <w:tcPr>
            <w:tcW w:w="4764" w:type="dxa"/>
            <w:vAlign w:val="center"/>
          </w:tcPr>
          <w:p w14:paraId="7E86E1FA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Adriana Maria da Silva Cavalheiro</w:t>
            </w:r>
          </w:p>
        </w:tc>
        <w:tc>
          <w:tcPr>
            <w:tcW w:w="3916" w:type="dxa"/>
            <w:vAlign w:val="center"/>
          </w:tcPr>
          <w:p w14:paraId="17983B25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08DBE0F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55EDEF1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Alessandra Laís Tadiotto</w:t>
            </w:r>
          </w:p>
        </w:tc>
        <w:tc>
          <w:tcPr>
            <w:tcW w:w="3916" w:type="dxa"/>
            <w:vAlign w:val="center"/>
          </w:tcPr>
          <w:p w14:paraId="739B86C2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0B74F7E8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48C10969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Alexsandro Rodrigues de Oliveira</w:t>
            </w:r>
          </w:p>
        </w:tc>
        <w:tc>
          <w:tcPr>
            <w:tcW w:w="3916" w:type="dxa"/>
            <w:vAlign w:val="center"/>
          </w:tcPr>
          <w:p w14:paraId="3092D152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04C7F3D6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21572CD7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Alysson Victor Cavalheiro Lemos</w:t>
            </w:r>
          </w:p>
        </w:tc>
        <w:tc>
          <w:tcPr>
            <w:tcW w:w="3916" w:type="dxa"/>
            <w:vAlign w:val="center"/>
          </w:tcPr>
          <w:p w14:paraId="285FF85E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2EA9C500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05E20960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Ana Caroline Ascari Rosa</w:t>
            </w:r>
          </w:p>
        </w:tc>
        <w:tc>
          <w:tcPr>
            <w:tcW w:w="3916" w:type="dxa"/>
            <w:vAlign w:val="center"/>
          </w:tcPr>
          <w:p w14:paraId="4B8E56EE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177C7668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41F750F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Ana Vitória Clamer Paglia</w:t>
            </w:r>
          </w:p>
        </w:tc>
        <w:tc>
          <w:tcPr>
            <w:tcW w:w="3916" w:type="dxa"/>
            <w:vAlign w:val="center"/>
          </w:tcPr>
          <w:p w14:paraId="47EAD865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documentação incompleta</w:t>
            </w:r>
          </w:p>
        </w:tc>
      </w:tr>
      <w:tr w:rsidR="008A708C" w:rsidRPr="0090013F" w14:paraId="45319753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CD733D9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Antenor Rodrigues dos Santos Neto</w:t>
            </w:r>
          </w:p>
        </w:tc>
        <w:tc>
          <w:tcPr>
            <w:tcW w:w="3916" w:type="dxa"/>
            <w:vAlign w:val="center"/>
          </w:tcPr>
          <w:p w14:paraId="06ECCAE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0557AD64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A8731F5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Ariel Vinícius Fardo</w:t>
            </w:r>
          </w:p>
        </w:tc>
        <w:tc>
          <w:tcPr>
            <w:tcW w:w="3916" w:type="dxa"/>
            <w:vAlign w:val="center"/>
          </w:tcPr>
          <w:p w14:paraId="4F943F92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B62F2F8" w14:textId="77777777" w:rsidTr="0090013F">
        <w:trPr>
          <w:trHeight w:val="201"/>
          <w:jc w:val="center"/>
        </w:trPr>
        <w:tc>
          <w:tcPr>
            <w:tcW w:w="4764" w:type="dxa"/>
            <w:vAlign w:val="center"/>
          </w:tcPr>
          <w:p w14:paraId="0FA397A5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Artur Felipe Amadori Usanovich</w:t>
            </w:r>
          </w:p>
        </w:tc>
        <w:tc>
          <w:tcPr>
            <w:tcW w:w="3916" w:type="dxa"/>
            <w:vAlign w:val="center"/>
          </w:tcPr>
          <w:p w14:paraId="11FD3EE8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954A331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5E0FDFC5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Bianca Natália Marcansoni</w:t>
            </w:r>
          </w:p>
        </w:tc>
        <w:tc>
          <w:tcPr>
            <w:tcW w:w="3916" w:type="dxa"/>
            <w:vAlign w:val="center"/>
          </w:tcPr>
          <w:p w14:paraId="220873F1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18C95A1A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7F0562F1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Bruna Ioná Fontana</w:t>
            </w:r>
          </w:p>
        </w:tc>
        <w:tc>
          <w:tcPr>
            <w:tcW w:w="3916" w:type="dxa"/>
            <w:vAlign w:val="center"/>
          </w:tcPr>
          <w:p w14:paraId="0CB1B715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9EB086D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7F925721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Bruna Letícia Maciel Babinski</w:t>
            </w:r>
          </w:p>
        </w:tc>
        <w:tc>
          <w:tcPr>
            <w:tcW w:w="3916" w:type="dxa"/>
            <w:vAlign w:val="center"/>
          </w:tcPr>
          <w:p w14:paraId="2C259C54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5BA18B71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08AF032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Bruna Welida Rodrigues Dolbert</w:t>
            </w:r>
          </w:p>
        </w:tc>
        <w:tc>
          <w:tcPr>
            <w:tcW w:w="3916" w:type="dxa"/>
            <w:vAlign w:val="center"/>
          </w:tcPr>
          <w:p w14:paraId="3D17F868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68A140C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5F6F49D6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Carolina Albino de Abreu</w:t>
            </w:r>
          </w:p>
        </w:tc>
        <w:tc>
          <w:tcPr>
            <w:tcW w:w="3916" w:type="dxa"/>
            <w:vAlign w:val="center"/>
          </w:tcPr>
          <w:p w14:paraId="4B70842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0B87BEA7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6A2FE85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Carlos Eduardo Ferreira Alves</w:t>
            </w:r>
          </w:p>
        </w:tc>
        <w:tc>
          <w:tcPr>
            <w:tcW w:w="3916" w:type="dxa"/>
            <w:vAlign w:val="center"/>
          </w:tcPr>
          <w:p w14:paraId="4AF09B6F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6B62B1B5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71A9D186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César Henrique Castaman Brunoro</w:t>
            </w:r>
          </w:p>
        </w:tc>
        <w:tc>
          <w:tcPr>
            <w:tcW w:w="3916" w:type="dxa"/>
            <w:vAlign w:val="center"/>
          </w:tcPr>
          <w:p w14:paraId="1AD7FF1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620F05B3" w14:textId="77777777" w:rsidTr="0090013F">
        <w:trPr>
          <w:trHeight w:val="201"/>
          <w:jc w:val="center"/>
        </w:trPr>
        <w:tc>
          <w:tcPr>
            <w:tcW w:w="4764" w:type="dxa"/>
            <w:vAlign w:val="center"/>
          </w:tcPr>
          <w:p w14:paraId="4448531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Cleiton Antônio Padilha</w:t>
            </w:r>
          </w:p>
        </w:tc>
        <w:tc>
          <w:tcPr>
            <w:tcW w:w="3916" w:type="dxa"/>
            <w:vAlign w:val="center"/>
          </w:tcPr>
          <w:p w14:paraId="25A91172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036443D7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755A8236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Daiane Aparecida Lorenci</w:t>
            </w:r>
          </w:p>
        </w:tc>
        <w:tc>
          <w:tcPr>
            <w:tcW w:w="3916" w:type="dxa"/>
            <w:vAlign w:val="center"/>
          </w:tcPr>
          <w:p w14:paraId="2C4237D2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48A0AC1A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388B4CB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Davi Correia da Silva</w:t>
            </w:r>
          </w:p>
        </w:tc>
        <w:tc>
          <w:tcPr>
            <w:tcW w:w="3916" w:type="dxa"/>
            <w:vAlign w:val="center"/>
          </w:tcPr>
          <w:p w14:paraId="530A2E57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F614D51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56F73BE2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Débora Mara Alves da Silva</w:t>
            </w:r>
          </w:p>
        </w:tc>
        <w:tc>
          <w:tcPr>
            <w:tcW w:w="3916" w:type="dxa"/>
            <w:vAlign w:val="center"/>
          </w:tcPr>
          <w:p w14:paraId="65C13028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07978AD8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2DFEDA7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Débora Trindade Moreira Maia</w:t>
            </w:r>
          </w:p>
        </w:tc>
        <w:tc>
          <w:tcPr>
            <w:tcW w:w="3916" w:type="dxa"/>
            <w:vAlign w:val="center"/>
          </w:tcPr>
          <w:p w14:paraId="33ACCF40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6FD4D3B7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5BB6239C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Deisi Finger Rigo</w:t>
            </w:r>
          </w:p>
        </w:tc>
        <w:tc>
          <w:tcPr>
            <w:tcW w:w="3916" w:type="dxa"/>
            <w:vAlign w:val="center"/>
          </w:tcPr>
          <w:p w14:paraId="7580F8C7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1AE01434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52CB033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Diéssyca da Veiga Teixeira</w:t>
            </w:r>
          </w:p>
        </w:tc>
        <w:tc>
          <w:tcPr>
            <w:tcW w:w="3916" w:type="dxa"/>
            <w:vAlign w:val="center"/>
          </w:tcPr>
          <w:p w14:paraId="51468EC6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448309F8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2173D34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Diego Augusto Viccari Borges</w:t>
            </w:r>
          </w:p>
        </w:tc>
        <w:tc>
          <w:tcPr>
            <w:tcW w:w="3916" w:type="dxa"/>
            <w:vAlign w:val="center"/>
          </w:tcPr>
          <w:p w14:paraId="737E0497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2AB568ED" w14:textId="77777777" w:rsidTr="0090013F">
        <w:trPr>
          <w:trHeight w:val="201"/>
          <w:jc w:val="center"/>
        </w:trPr>
        <w:tc>
          <w:tcPr>
            <w:tcW w:w="4764" w:type="dxa"/>
            <w:vAlign w:val="center"/>
          </w:tcPr>
          <w:p w14:paraId="72224555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Diego Pavelski Tamanho</w:t>
            </w:r>
          </w:p>
        </w:tc>
        <w:tc>
          <w:tcPr>
            <w:tcW w:w="3916" w:type="dxa"/>
            <w:vAlign w:val="center"/>
          </w:tcPr>
          <w:p w14:paraId="27CAD0B5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69871329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0C871648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Douglas da Veiga Teixeira</w:t>
            </w:r>
          </w:p>
        </w:tc>
        <w:tc>
          <w:tcPr>
            <w:tcW w:w="3916" w:type="dxa"/>
            <w:vAlign w:val="center"/>
          </w:tcPr>
          <w:p w14:paraId="356E74E4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53F9B4E5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7DF6FEE8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Dyeniffer da Veiga Teixeira</w:t>
            </w:r>
          </w:p>
        </w:tc>
        <w:tc>
          <w:tcPr>
            <w:tcW w:w="3916" w:type="dxa"/>
            <w:vAlign w:val="center"/>
          </w:tcPr>
          <w:p w14:paraId="079E0385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A3D2506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2D9D9C25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Eduardo Correa da Silveira da Silva</w:t>
            </w:r>
          </w:p>
        </w:tc>
        <w:tc>
          <w:tcPr>
            <w:tcW w:w="3916" w:type="dxa"/>
            <w:vAlign w:val="center"/>
          </w:tcPr>
          <w:p w14:paraId="127C00F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0A9AFC0B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56C21A3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Eduardo Dilberti Pavan</w:t>
            </w:r>
          </w:p>
        </w:tc>
        <w:tc>
          <w:tcPr>
            <w:tcW w:w="3916" w:type="dxa"/>
            <w:vAlign w:val="center"/>
          </w:tcPr>
          <w:p w14:paraId="6F7585C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565FF8F7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76C3DB21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Eduardo Henrique Grafetti Xavier</w:t>
            </w:r>
          </w:p>
        </w:tc>
        <w:tc>
          <w:tcPr>
            <w:tcW w:w="3916" w:type="dxa"/>
            <w:vAlign w:val="center"/>
          </w:tcPr>
          <w:p w14:paraId="52BA767A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575A30EF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3ADF02F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Eduardo Tamanho</w:t>
            </w:r>
          </w:p>
        </w:tc>
        <w:tc>
          <w:tcPr>
            <w:tcW w:w="3916" w:type="dxa"/>
            <w:vAlign w:val="center"/>
          </w:tcPr>
          <w:p w14:paraId="18823C90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4D94D6C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3A142BBF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Eliane Vieira</w:t>
            </w:r>
          </w:p>
        </w:tc>
        <w:tc>
          <w:tcPr>
            <w:tcW w:w="3916" w:type="dxa"/>
            <w:vAlign w:val="center"/>
          </w:tcPr>
          <w:p w14:paraId="32DF1FF2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2A2D130F" w14:textId="77777777" w:rsidTr="0090013F">
        <w:trPr>
          <w:trHeight w:val="201"/>
          <w:jc w:val="center"/>
        </w:trPr>
        <w:tc>
          <w:tcPr>
            <w:tcW w:w="4764" w:type="dxa"/>
            <w:vAlign w:val="center"/>
          </w:tcPr>
          <w:p w14:paraId="0F7BFF28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Elias Victor Franzen</w:t>
            </w:r>
          </w:p>
        </w:tc>
        <w:tc>
          <w:tcPr>
            <w:tcW w:w="3916" w:type="dxa"/>
            <w:vAlign w:val="center"/>
          </w:tcPr>
          <w:p w14:paraId="22F8499F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7905A33D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E40E611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Elessandra Felipe Antunes Alves</w:t>
            </w:r>
          </w:p>
        </w:tc>
        <w:tc>
          <w:tcPr>
            <w:tcW w:w="3916" w:type="dxa"/>
            <w:vAlign w:val="center"/>
          </w:tcPr>
          <w:p w14:paraId="3AC6D5D2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1C41D801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6854661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Eliseu Fernando Maia</w:t>
            </w:r>
          </w:p>
        </w:tc>
        <w:tc>
          <w:tcPr>
            <w:tcW w:w="3916" w:type="dxa"/>
            <w:vAlign w:val="center"/>
          </w:tcPr>
          <w:p w14:paraId="08DCDE1E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1B23E477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25084D32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Eliseu Fernando Maia</w:t>
            </w:r>
          </w:p>
        </w:tc>
        <w:tc>
          <w:tcPr>
            <w:tcW w:w="3916" w:type="dxa"/>
            <w:vAlign w:val="center"/>
          </w:tcPr>
          <w:p w14:paraId="4A863ECC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708768D8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4B00603A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lastRenderedPageBreak/>
              <w:t>Emanuelly Aparecida Siqueira Padilha</w:t>
            </w:r>
          </w:p>
        </w:tc>
        <w:tc>
          <w:tcPr>
            <w:tcW w:w="3916" w:type="dxa"/>
            <w:vAlign w:val="center"/>
          </w:tcPr>
          <w:p w14:paraId="68787758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5395DD0B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5CE2CA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Estefani Dois Santos de Mello</w:t>
            </w:r>
          </w:p>
        </w:tc>
        <w:tc>
          <w:tcPr>
            <w:tcW w:w="3916" w:type="dxa"/>
            <w:vAlign w:val="center"/>
          </w:tcPr>
          <w:p w14:paraId="21945BE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0D19D220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374DD71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Fabiane Cristina Humenhuk</w:t>
            </w:r>
          </w:p>
        </w:tc>
        <w:tc>
          <w:tcPr>
            <w:tcW w:w="3916" w:type="dxa"/>
            <w:vAlign w:val="center"/>
          </w:tcPr>
          <w:p w14:paraId="4040B2D8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4335B358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329EDE4E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Francieli Bueno Laureano</w:t>
            </w:r>
          </w:p>
        </w:tc>
        <w:tc>
          <w:tcPr>
            <w:tcW w:w="3916" w:type="dxa"/>
            <w:vAlign w:val="center"/>
          </w:tcPr>
          <w:p w14:paraId="13C33785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28C330C0" w14:textId="77777777" w:rsidTr="0090013F">
        <w:trPr>
          <w:trHeight w:val="201"/>
          <w:jc w:val="center"/>
        </w:trPr>
        <w:tc>
          <w:tcPr>
            <w:tcW w:w="4764" w:type="dxa"/>
            <w:vAlign w:val="center"/>
          </w:tcPr>
          <w:p w14:paraId="7E2E227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Gabrieli de Mattos</w:t>
            </w:r>
          </w:p>
        </w:tc>
        <w:tc>
          <w:tcPr>
            <w:tcW w:w="3916" w:type="dxa"/>
            <w:vAlign w:val="center"/>
          </w:tcPr>
          <w:p w14:paraId="4AEE085A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42E9D6F8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6331F73C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Gabrieli Portaluppi Urbano</w:t>
            </w:r>
          </w:p>
        </w:tc>
        <w:tc>
          <w:tcPr>
            <w:tcW w:w="3916" w:type="dxa"/>
            <w:vAlign w:val="center"/>
          </w:tcPr>
          <w:p w14:paraId="0EE6AF90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7BF65733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FE8AFA7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Gabrielli Schernoski</w:t>
            </w:r>
          </w:p>
        </w:tc>
        <w:tc>
          <w:tcPr>
            <w:tcW w:w="3916" w:type="dxa"/>
            <w:vAlign w:val="center"/>
          </w:tcPr>
          <w:p w14:paraId="3CA75F0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543D3E18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347C4BC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Gabriel Eduardo Agostini Moreira</w:t>
            </w:r>
          </w:p>
        </w:tc>
        <w:tc>
          <w:tcPr>
            <w:tcW w:w="3916" w:type="dxa"/>
            <w:vAlign w:val="center"/>
          </w:tcPr>
          <w:p w14:paraId="1F7485C9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documentação incompleta</w:t>
            </w:r>
          </w:p>
        </w:tc>
      </w:tr>
      <w:tr w:rsidR="008A708C" w:rsidRPr="0090013F" w14:paraId="079A5D11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4C8402E6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Giseli Cristina Segalin</w:t>
            </w:r>
          </w:p>
        </w:tc>
        <w:tc>
          <w:tcPr>
            <w:tcW w:w="3916" w:type="dxa"/>
            <w:vAlign w:val="center"/>
          </w:tcPr>
          <w:p w14:paraId="7F7005C5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53AA905F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47F10A7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Gislaine Teles Frizzo</w:t>
            </w:r>
          </w:p>
        </w:tc>
        <w:tc>
          <w:tcPr>
            <w:tcW w:w="3916" w:type="dxa"/>
            <w:vAlign w:val="center"/>
          </w:tcPr>
          <w:p w14:paraId="052ABD3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0BF3E15E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517163BA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Grasiella Rubia Rosin</w:t>
            </w:r>
          </w:p>
        </w:tc>
        <w:tc>
          <w:tcPr>
            <w:tcW w:w="3916" w:type="dxa"/>
            <w:vAlign w:val="center"/>
          </w:tcPr>
          <w:p w14:paraId="060BC0E6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0FB2A89A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2619944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Guilherme da Silva</w:t>
            </w:r>
          </w:p>
        </w:tc>
        <w:tc>
          <w:tcPr>
            <w:tcW w:w="3916" w:type="dxa"/>
            <w:vAlign w:val="center"/>
          </w:tcPr>
          <w:p w14:paraId="3E59A24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7B4EA819" w14:textId="77777777" w:rsidTr="0090013F">
        <w:trPr>
          <w:trHeight w:val="201"/>
          <w:jc w:val="center"/>
        </w:trPr>
        <w:tc>
          <w:tcPr>
            <w:tcW w:w="4764" w:type="dxa"/>
            <w:vAlign w:val="center"/>
          </w:tcPr>
          <w:p w14:paraId="53FAE1A1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Guilherme Damião Coronetti Pires da Silva</w:t>
            </w:r>
          </w:p>
        </w:tc>
        <w:tc>
          <w:tcPr>
            <w:tcW w:w="3916" w:type="dxa"/>
            <w:vAlign w:val="center"/>
          </w:tcPr>
          <w:p w14:paraId="5AAEB47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6D5DAE1F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393C9FC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Guilherme Eduardo Zanchet de Macedo</w:t>
            </w:r>
          </w:p>
        </w:tc>
        <w:tc>
          <w:tcPr>
            <w:tcW w:w="3916" w:type="dxa"/>
            <w:vAlign w:val="center"/>
          </w:tcPr>
          <w:p w14:paraId="27B8889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5282F76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3DEDD937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Guilherme Moretto Deitos</w:t>
            </w:r>
          </w:p>
        </w:tc>
        <w:tc>
          <w:tcPr>
            <w:tcW w:w="3916" w:type="dxa"/>
            <w:vAlign w:val="center"/>
          </w:tcPr>
          <w:p w14:paraId="68B2F9D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4C428659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61B180B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Gustavo Klerber Thiesen</w:t>
            </w:r>
          </w:p>
        </w:tc>
        <w:tc>
          <w:tcPr>
            <w:tcW w:w="3916" w:type="dxa"/>
            <w:vAlign w:val="center"/>
          </w:tcPr>
          <w:p w14:paraId="71A46EF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25A05B25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2F28E537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Gustavo Padilha</w:t>
            </w:r>
          </w:p>
        </w:tc>
        <w:tc>
          <w:tcPr>
            <w:tcW w:w="3916" w:type="dxa"/>
            <w:vAlign w:val="center"/>
          </w:tcPr>
          <w:p w14:paraId="4EEE4380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4CCE84F2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3D56586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Higor Gabriel Marcon</w:t>
            </w:r>
          </w:p>
        </w:tc>
        <w:tc>
          <w:tcPr>
            <w:tcW w:w="3916" w:type="dxa"/>
            <w:vAlign w:val="center"/>
          </w:tcPr>
          <w:p w14:paraId="7CA4794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159BFF18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29CF0910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Jaqueline Marques Ferraz dos Santos</w:t>
            </w:r>
          </w:p>
        </w:tc>
        <w:tc>
          <w:tcPr>
            <w:tcW w:w="3916" w:type="dxa"/>
            <w:vAlign w:val="center"/>
          </w:tcPr>
          <w:p w14:paraId="069B79CA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66F0CF88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C9604DA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Jefferson Finger Rigo</w:t>
            </w:r>
          </w:p>
        </w:tc>
        <w:tc>
          <w:tcPr>
            <w:tcW w:w="3916" w:type="dxa"/>
            <w:vAlign w:val="center"/>
          </w:tcPr>
          <w:p w14:paraId="4244DD76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7140A641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3F56822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Jessica Marques Ferraz</w:t>
            </w:r>
          </w:p>
        </w:tc>
        <w:tc>
          <w:tcPr>
            <w:tcW w:w="3916" w:type="dxa"/>
            <w:vAlign w:val="center"/>
          </w:tcPr>
          <w:p w14:paraId="74CCD628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0FB31835" w14:textId="77777777" w:rsidTr="0090013F">
        <w:trPr>
          <w:trHeight w:val="201"/>
          <w:jc w:val="center"/>
        </w:trPr>
        <w:tc>
          <w:tcPr>
            <w:tcW w:w="4764" w:type="dxa"/>
            <w:vAlign w:val="center"/>
          </w:tcPr>
          <w:p w14:paraId="5836F0D7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Jessica Thaís Sampaio Voss</w:t>
            </w:r>
          </w:p>
        </w:tc>
        <w:tc>
          <w:tcPr>
            <w:tcW w:w="3916" w:type="dxa"/>
            <w:vAlign w:val="center"/>
          </w:tcPr>
          <w:p w14:paraId="4EC2513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44E0228B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64B45F9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Joelma Magri</w:t>
            </w:r>
          </w:p>
        </w:tc>
        <w:tc>
          <w:tcPr>
            <w:tcW w:w="3916" w:type="dxa"/>
            <w:vAlign w:val="center"/>
          </w:tcPr>
          <w:p w14:paraId="76C37EB0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BFD7A76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659A0B08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João Paulo Silva</w:t>
            </w:r>
          </w:p>
        </w:tc>
        <w:tc>
          <w:tcPr>
            <w:tcW w:w="3916" w:type="dxa"/>
            <w:vAlign w:val="center"/>
          </w:tcPr>
          <w:p w14:paraId="61A61842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9EA3D41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064FDC95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João Vitor Bosetti</w:t>
            </w:r>
          </w:p>
        </w:tc>
        <w:tc>
          <w:tcPr>
            <w:tcW w:w="3916" w:type="dxa"/>
            <w:vAlign w:val="center"/>
          </w:tcPr>
          <w:p w14:paraId="40CE0031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07E8E33C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6A3CBE34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João Vitor Tirelli</w:t>
            </w:r>
          </w:p>
        </w:tc>
        <w:tc>
          <w:tcPr>
            <w:tcW w:w="3916" w:type="dxa"/>
            <w:vAlign w:val="center"/>
          </w:tcPr>
          <w:p w14:paraId="3759B7B1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1BCB7934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0C6237C9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Jonatan Kauan Carvalho</w:t>
            </w:r>
          </w:p>
        </w:tc>
        <w:tc>
          <w:tcPr>
            <w:tcW w:w="3916" w:type="dxa"/>
            <w:vAlign w:val="center"/>
          </w:tcPr>
          <w:p w14:paraId="2F02DC55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1A12BF72" w14:textId="77777777" w:rsidTr="0090013F">
        <w:trPr>
          <w:trHeight w:val="201"/>
          <w:jc w:val="center"/>
        </w:trPr>
        <w:tc>
          <w:tcPr>
            <w:tcW w:w="4764" w:type="dxa"/>
            <w:vAlign w:val="center"/>
          </w:tcPr>
          <w:p w14:paraId="67F58EF0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José Roberto Vieira Barbosa</w:t>
            </w:r>
          </w:p>
        </w:tc>
        <w:tc>
          <w:tcPr>
            <w:tcW w:w="3916" w:type="dxa"/>
            <w:vAlign w:val="center"/>
          </w:tcPr>
          <w:p w14:paraId="52797F3A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734F899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5C47370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Josmar Guerino Rodrigues</w:t>
            </w:r>
          </w:p>
        </w:tc>
        <w:tc>
          <w:tcPr>
            <w:tcW w:w="3916" w:type="dxa"/>
            <w:vAlign w:val="center"/>
          </w:tcPr>
          <w:p w14:paraId="3317E83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6BF7F824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0631E545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Julha Ferreira de Queiroz</w:t>
            </w:r>
          </w:p>
        </w:tc>
        <w:tc>
          <w:tcPr>
            <w:tcW w:w="3916" w:type="dxa"/>
            <w:vAlign w:val="center"/>
          </w:tcPr>
          <w:p w14:paraId="433539D2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10313E70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22F76887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Júlia Sartori</w:t>
            </w:r>
          </w:p>
        </w:tc>
        <w:tc>
          <w:tcPr>
            <w:tcW w:w="3916" w:type="dxa"/>
            <w:vAlign w:val="center"/>
          </w:tcPr>
          <w:p w14:paraId="0871C8CE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22071A51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4C34F99F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Juliano Almeida Mari</w:t>
            </w:r>
          </w:p>
        </w:tc>
        <w:tc>
          <w:tcPr>
            <w:tcW w:w="3916" w:type="dxa"/>
            <w:vAlign w:val="center"/>
          </w:tcPr>
          <w:p w14:paraId="275925A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documentação incompleta</w:t>
            </w:r>
          </w:p>
        </w:tc>
      </w:tr>
      <w:tr w:rsidR="008A708C" w:rsidRPr="0090013F" w14:paraId="3D08028E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05895F4F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Júnior Otávio da Silva Casado</w:t>
            </w:r>
          </w:p>
        </w:tc>
        <w:tc>
          <w:tcPr>
            <w:tcW w:w="3916" w:type="dxa"/>
            <w:vAlign w:val="center"/>
          </w:tcPr>
          <w:p w14:paraId="021A10E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15E2B443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7756CCB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Kalita de Oliveira</w:t>
            </w:r>
          </w:p>
        </w:tc>
        <w:tc>
          <w:tcPr>
            <w:tcW w:w="3916" w:type="dxa"/>
            <w:vAlign w:val="center"/>
          </w:tcPr>
          <w:p w14:paraId="57F9669F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7AE281BC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352A214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Karla Maria Kuszta</w:t>
            </w:r>
          </w:p>
        </w:tc>
        <w:tc>
          <w:tcPr>
            <w:tcW w:w="3916" w:type="dxa"/>
            <w:vAlign w:val="center"/>
          </w:tcPr>
          <w:p w14:paraId="2C4C0181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1877CB05" w14:textId="77777777" w:rsidTr="0090013F">
        <w:trPr>
          <w:trHeight w:val="201"/>
          <w:jc w:val="center"/>
        </w:trPr>
        <w:tc>
          <w:tcPr>
            <w:tcW w:w="4764" w:type="dxa"/>
            <w:vAlign w:val="center"/>
          </w:tcPr>
          <w:p w14:paraId="5E97FB4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Kauan Dirceu Ribeiro</w:t>
            </w:r>
          </w:p>
        </w:tc>
        <w:tc>
          <w:tcPr>
            <w:tcW w:w="3916" w:type="dxa"/>
            <w:vAlign w:val="center"/>
          </w:tcPr>
          <w:p w14:paraId="078F1DD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56D1EFA6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46B44E77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Kauane dos Santos Cardoso</w:t>
            </w:r>
          </w:p>
        </w:tc>
        <w:tc>
          <w:tcPr>
            <w:tcW w:w="3916" w:type="dxa"/>
            <w:vAlign w:val="center"/>
          </w:tcPr>
          <w:p w14:paraId="0E33084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749DD43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4EE39B4E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lastRenderedPageBreak/>
              <w:t>Kauane Gabriely Matias dos Anjos</w:t>
            </w:r>
          </w:p>
        </w:tc>
        <w:tc>
          <w:tcPr>
            <w:tcW w:w="3916" w:type="dxa"/>
            <w:vAlign w:val="center"/>
          </w:tcPr>
          <w:p w14:paraId="0CC9DDA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49523193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27BA1BA6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Kauany Ribeiro de Matos Fleck</w:t>
            </w:r>
          </w:p>
        </w:tc>
        <w:tc>
          <w:tcPr>
            <w:tcW w:w="3916" w:type="dxa"/>
            <w:vAlign w:val="center"/>
          </w:tcPr>
          <w:p w14:paraId="29C36DA6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13B06890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7144BE0C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Kauã Rossetto Santos Trindade</w:t>
            </w:r>
          </w:p>
        </w:tc>
        <w:tc>
          <w:tcPr>
            <w:tcW w:w="3916" w:type="dxa"/>
            <w:vAlign w:val="center"/>
          </w:tcPr>
          <w:p w14:paraId="753BD6E8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73E6ABC1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71A80D8A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Kaueli Cristina Lopes dos Santos de Lima</w:t>
            </w:r>
          </w:p>
        </w:tc>
        <w:tc>
          <w:tcPr>
            <w:tcW w:w="3916" w:type="dxa"/>
            <w:vAlign w:val="center"/>
          </w:tcPr>
          <w:p w14:paraId="571C4DEF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0AE0D3A4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7357F476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Kléo Luize Padtorello Lemes</w:t>
            </w:r>
          </w:p>
        </w:tc>
        <w:tc>
          <w:tcPr>
            <w:tcW w:w="3916" w:type="dxa"/>
            <w:vAlign w:val="center"/>
          </w:tcPr>
          <w:p w14:paraId="104A3BB2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5EF4338B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6E23E1F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Lana Letícia Dias</w:t>
            </w:r>
          </w:p>
        </w:tc>
        <w:tc>
          <w:tcPr>
            <w:tcW w:w="3916" w:type="dxa"/>
            <w:vAlign w:val="center"/>
          </w:tcPr>
          <w:p w14:paraId="71A19594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7C38461E" w14:textId="77777777" w:rsidTr="0090013F">
        <w:trPr>
          <w:trHeight w:val="201"/>
          <w:jc w:val="center"/>
        </w:trPr>
        <w:tc>
          <w:tcPr>
            <w:tcW w:w="4764" w:type="dxa"/>
            <w:vAlign w:val="center"/>
          </w:tcPr>
          <w:p w14:paraId="596A412C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Lanny Cristiny de Oliveira</w:t>
            </w:r>
          </w:p>
        </w:tc>
        <w:tc>
          <w:tcPr>
            <w:tcW w:w="3916" w:type="dxa"/>
            <w:vAlign w:val="center"/>
          </w:tcPr>
          <w:p w14:paraId="5C53217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69718894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5E6F652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Larissa dos Passos</w:t>
            </w:r>
          </w:p>
        </w:tc>
        <w:tc>
          <w:tcPr>
            <w:tcW w:w="3916" w:type="dxa"/>
            <w:vAlign w:val="center"/>
          </w:tcPr>
          <w:p w14:paraId="5884605C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5254624E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439189D4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Larissa Romani Teixeira</w:t>
            </w:r>
          </w:p>
        </w:tc>
        <w:tc>
          <w:tcPr>
            <w:tcW w:w="3916" w:type="dxa"/>
            <w:vAlign w:val="center"/>
          </w:tcPr>
          <w:p w14:paraId="416171B7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6B1F94C1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0A4C2899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Laura de Oliveira de Godoy</w:t>
            </w:r>
          </w:p>
        </w:tc>
        <w:tc>
          <w:tcPr>
            <w:tcW w:w="3916" w:type="dxa"/>
            <w:vAlign w:val="center"/>
          </w:tcPr>
          <w:p w14:paraId="26BE3C64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0394CA05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359A9471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Laura Mendes Moreira Alves</w:t>
            </w:r>
          </w:p>
        </w:tc>
        <w:tc>
          <w:tcPr>
            <w:tcW w:w="3916" w:type="dxa"/>
            <w:vAlign w:val="center"/>
          </w:tcPr>
          <w:p w14:paraId="063D9549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51224A2A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7E16D3A4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Laura Peres Antunes</w:t>
            </w:r>
          </w:p>
        </w:tc>
        <w:tc>
          <w:tcPr>
            <w:tcW w:w="3916" w:type="dxa"/>
            <w:vAlign w:val="center"/>
          </w:tcPr>
          <w:p w14:paraId="4CC232C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2852BF80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2B84199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Leonardo Vicente Gomes</w:t>
            </w:r>
          </w:p>
        </w:tc>
        <w:tc>
          <w:tcPr>
            <w:tcW w:w="3916" w:type="dxa"/>
            <w:vAlign w:val="center"/>
          </w:tcPr>
          <w:p w14:paraId="05D71BD0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2275710B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0989492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Lídia Camargo Rotellis Gomes</w:t>
            </w:r>
          </w:p>
        </w:tc>
        <w:tc>
          <w:tcPr>
            <w:tcW w:w="3916" w:type="dxa"/>
            <w:vAlign w:val="center"/>
          </w:tcPr>
          <w:p w14:paraId="72C8F53F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20A9751B" w14:textId="77777777" w:rsidTr="0090013F">
        <w:trPr>
          <w:trHeight w:val="201"/>
          <w:jc w:val="center"/>
        </w:trPr>
        <w:tc>
          <w:tcPr>
            <w:tcW w:w="4764" w:type="dxa"/>
            <w:vAlign w:val="center"/>
          </w:tcPr>
          <w:p w14:paraId="0E7E6FE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Lorena Sundstron</w:t>
            </w:r>
          </w:p>
        </w:tc>
        <w:tc>
          <w:tcPr>
            <w:tcW w:w="3916" w:type="dxa"/>
            <w:vAlign w:val="center"/>
          </w:tcPr>
          <w:p w14:paraId="23983156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documentação incompleta</w:t>
            </w:r>
          </w:p>
        </w:tc>
      </w:tr>
      <w:tr w:rsidR="008A708C" w:rsidRPr="0090013F" w14:paraId="1D349D3D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FFE3D84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Luan Felipe Barbosa</w:t>
            </w:r>
          </w:p>
        </w:tc>
        <w:tc>
          <w:tcPr>
            <w:tcW w:w="3916" w:type="dxa"/>
            <w:vAlign w:val="center"/>
          </w:tcPr>
          <w:p w14:paraId="778AA6F9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76C9690C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0680ED87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Luana Emanueli de Moraes</w:t>
            </w:r>
          </w:p>
        </w:tc>
        <w:tc>
          <w:tcPr>
            <w:tcW w:w="3916" w:type="dxa"/>
            <w:vAlign w:val="center"/>
          </w:tcPr>
          <w:p w14:paraId="1B2508A5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documentação incompleta</w:t>
            </w:r>
          </w:p>
        </w:tc>
      </w:tr>
      <w:tr w:rsidR="008A708C" w:rsidRPr="0090013F" w14:paraId="3E2293D1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27CFD9A9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Lucas Peres Antunes</w:t>
            </w:r>
          </w:p>
        </w:tc>
        <w:tc>
          <w:tcPr>
            <w:tcW w:w="3916" w:type="dxa"/>
            <w:vAlign w:val="center"/>
          </w:tcPr>
          <w:p w14:paraId="6BDDFC3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5343CBF1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4F8D82E1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Lucas Tormem</w:t>
            </w:r>
          </w:p>
        </w:tc>
        <w:tc>
          <w:tcPr>
            <w:tcW w:w="3916" w:type="dxa"/>
            <w:vAlign w:val="center"/>
          </w:tcPr>
          <w:p w14:paraId="02E2D64C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0F2FD4BE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6AF3CE71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Maikely Alves Padilha de Oliveira</w:t>
            </w:r>
          </w:p>
        </w:tc>
        <w:tc>
          <w:tcPr>
            <w:tcW w:w="3916" w:type="dxa"/>
            <w:vAlign w:val="center"/>
          </w:tcPr>
          <w:p w14:paraId="2643B97E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789A0B3C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390138D1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Maiqueli Padilha Alves</w:t>
            </w:r>
          </w:p>
        </w:tc>
        <w:tc>
          <w:tcPr>
            <w:tcW w:w="3916" w:type="dxa"/>
            <w:vAlign w:val="center"/>
          </w:tcPr>
          <w:p w14:paraId="7EED81D0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5E6DBDFD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48ADF49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Maria Elisa Fernandes Velho</w:t>
            </w:r>
          </w:p>
        </w:tc>
        <w:tc>
          <w:tcPr>
            <w:tcW w:w="3916" w:type="dxa"/>
            <w:vAlign w:val="center"/>
          </w:tcPr>
          <w:p w14:paraId="548DC93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C1EBFDA" w14:textId="77777777" w:rsidTr="0090013F">
        <w:trPr>
          <w:trHeight w:val="201"/>
          <w:jc w:val="center"/>
        </w:trPr>
        <w:tc>
          <w:tcPr>
            <w:tcW w:w="4764" w:type="dxa"/>
            <w:vAlign w:val="center"/>
          </w:tcPr>
          <w:p w14:paraId="331E7FC8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Maria Luiza Paglia</w:t>
            </w:r>
          </w:p>
        </w:tc>
        <w:tc>
          <w:tcPr>
            <w:tcW w:w="3916" w:type="dxa"/>
            <w:vAlign w:val="center"/>
          </w:tcPr>
          <w:p w14:paraId="3418F29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085A04FF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02B2EED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Maria Rita Cardori Faion</w:t>
            </w:r>
          </w:p>
        </w:tc>
        <w:tc>
          <w:tcPr>
            <w:tcW w:w="3916" w:type="dxa"/>
            <w:vAlign w:val="center"/>
          </w:tcPr>
          <w:p w14:paraId="2582072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94C2642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007E653C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Maria Valentina Alves de Godoy</w:t>
            </w:r>
          </w:p>
        </w:tc>
        <w:tc>
          <w:tcPr>
            <w:tcW w:w="3916" w:type="dxa"/>
            <w:vAlign w:val="center"/>
          </w:tcPr>
          <w:p w14:paraId="0BFE63E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7159241D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396488EE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Maristela Aparecida Pino Gomes</w:t>
            </w:r>
          </w:p>
        </w:tc>
        <w:tc>
          <w:tcPr>
            <w:tcW w:w="3916" w:type="dxa"/>
            <w:vAlign w:val="center"/>
          </w:tcPr>
          <w:p w14:paraId="60E5F79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0F1C3D48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03CB63D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Matheus Bonato</w:t>
            </w:r>
          </w:p>
        </w:tc>
        <w:tc>
          <w:tcPr>
            <w:tcW w:w="3916" w:type="dxa"/>
            <w:vAlign w:val="center"/>
          </w:tcPr>
          <w:p w14:paraId="2CC14FB9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documentação incompleta</w:t>
            </w:r>
          </w:p>
        </w:tc>
      </w:tr>
      <w:tr w:rsidR="008A708C" w:rsidRPr="0090013F" w14:paraId="0277521D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4967BB29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Matheus da Veiga</w:t>
            </w:r>
          </w:p>
        </w:tc>
        <w:tc>
          <w:tcPr>
            <w:tcW w:w="3916" w:type="dxa"/>
            <w:vAlign w:val="center"/>
          </w:tcPr>
          <w:p w14:paraId="2B840317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523FE459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3695E45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Matheus Perondi Acunha</w:t>
            </w:r>
          </w:p>
        </w:tc>
        <w:tc>
          <w:tcPr>
            <w:tcW w:w="3916" w:type="dxa"/>
            <w:vAlign w:val="center"/>
          </w:tcPr>
          <w:p w14:paraId="2F650A10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2117633D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782810AE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Matheus Quechini Basi</w:t>
            </w:r>
          </w:p>
        </w:tc>
        <w:tc>
          <w:tcPr>
            <w:tcW w:w="3916" w:type="dxa"/>
            <w:vAlign w:val="center"/>
          </w:tcPr>
          <w:p w14:paraId="3414E80F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D621751" w14:textId="77777777" w:rsidTr="0090013F">
        <w:trPr>
          <w:trHeight w:val="201"/>
          <w:jc w:val="center"/>
        </w:trPr>
        <w:tc>
          <w:tcPr>
            <w:tcW w:w="4764" w:type="dxa"/>
            <w:vAlign w:val="center"/>
          </w:tcPr>
          <w:p w14:paraId="1946E232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Mayara Bonato</w:t>
            </w:r>
          </w:p>
        </w:tc>
        <w:tc>
          <w:tcPr>
            <w:tcW w:w="3916" w:type="dxa"/>
            <w:vAlign w:val="center"/>
          </w:tcPr>
          <w:p w14:paraId="4F605322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69B52C7C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772561B4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Meury Eloísa Rotellis Ribeiro</w:t>
            </w:r>
          </w:p>
        </w:tc>
        <w:tc>
          <w:tcPr>
            <w:tcW w:w="3916" w:type="dxa"/>
            <w:vAlign w:val="center"/>
          </w:tcPr>
          <w:p w14:paraId="70222A14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6A93F40F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66788E8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Milena Eduarda Cagliari</w:t>
            </w:r>
          </w:p>
        </w:tc>
        <w:tc>
          <w:tcPr>
            <w:tcW w:w="3916" w:type="dxa"/>
            <w:vAlign w:val="center"/>
          </w:tcPr>
          <w:p w14:paraId="3A019A94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10C404A0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4906CA8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Moisés de Oliveira dos Santos</w:t>
            </w:r>
          </w:p>
        </w:tc>
        <w:tc>
          <w:tcPr>
            <w:tcW w:w="3916" w:type="dxa"/>
            <w:vAlign w:val="center"/>
          </w:tcPr>
          <w:p w14:paraId="24955AAA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6C9BCCF3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4AF231EF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Mylena Dois Santos Fagundes da Silva</w:t>
            </w:r>
          </w:p>
        </w:tc>
        <w:tc>
          <w:tcPr>
            <w:tcW w:w="3916" w:type="dxa"/>
            <w:vAlign w:val="center"/>
          </w:tcPr>
          <w:p w14:paraId="4872866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27F8E1EC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30127FD0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Naeli Fernandes de Oliveira</w:t>
            </w:r>
          </w:p>
        </w:tc>
        <w:tc>
          <w:tcPr>
            <w:tcW w:w="3916" w:type="dxa"/>
            <w:vAlign w:val="center"/>
          </w:tcPr>
          <w:p w14:paraId="50BE1A04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7D9334F0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1FFE5BE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Naissara dos Passos Varela</w:t>
            </w:r>
          </w:p>
        </w:tc>
        <w:tc>
          <w:tcPr>
            <w:tcW w:w="3916" w:type="dxa"/>
            <w:vAlign w:val="center"/>
          </w:tcPr>
          <w:p w14:paraId="211D56AF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0EC5555D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362D254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Natan Gabriel da Silva Dubiella</w:t>
            </w:r>
          </w:p>
        </w:tc>
        <w:tc>
          <w:tcPr>
            <w:tcW w:w="3916" w:type="dxa"/>
            <w:vAlign w:val="center"/>
          </w:tcPr>
          <w:p w14:paraId="512B8CCC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FE28FA4" w14:textId="77777777" w:rsidTr="0090013F">
        <w:trPr>
          <w:trHeight w:val="201"/>
          <w:jc w:val="center"/>
        </w:trPr>
        <w:tc>
          <w:tcPr>
            <w:tcW w:w="4764" w:type="dxa"/>
            <w:vAlign w:val="center"/>
          </w:tcPr>
          <w:p w14:paraId="43688FC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Nayana Rigina Desanti</w:t>
            </w:r>
          </w:p>
        </w:tc>
        <w:tc>
          <w:tcPr>
            <w:tcW w:w="3916" w:type="dxa"/>
            <w:vAlign w:val="center"/>
          </w:tcPr>
          <w:p w14:paraId="1D617C19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documentação incompleta</w:t>
            </w:r>
          </w:p>
        </w:tc>
      </w:tr>
      <w:tr w:rsidR="008A708C" w:rsidRPr="0090013F" w14:paraId="7C4DDAB2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71AD6822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lastRenderedPageBreak/>
              <w:t>Nicolly Martins Ribeiro</w:t>
            </w:r>
          </w:p>
        </w:tc>
        <w:tc>
          <w:tcPr>
            <w:tcW w:w="3916" w:type="dxa"/>
            <w:vAlign w:val="center"/>
          </w:tcPr>
          <w:p w14:paraId="2480CD39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45D807A1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51CBDA72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Nicoli Alves Spessatto</w:t>
            </w:r>
          </w:p>
        </w:tc>
        <w:tc>
          <w:tcPr>
            <w:tcW w:w="3916" w:type="dxa"/>
            <w:vAlign w:val="center"/>
          </w:tcPr>
          <w:p w14:paraId="148823F4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documentação incompleta</w:t>
            </w:r>
          </w:p>
        </w:tc>
      </w:tr>
      <w:tr w:rsidR="008A708C" w:rsidRPr="0090013F" w14:paraId="7816E50C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0BA989FA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Nilcéia Cardori Faion</w:t>
            </w:r>
          </w:p>
        </w:tc>
        <w:tc>
          <w:tcPr>
            <w:tcW w:w="3916" w:type="dxa"/>
            <w:vAlign w:val="center"/>
          </w:tcPr>
          <w:p w14:paraId="021EF12C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2687A024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215DE2D1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Paola Boccalon Pavani</w:t>
            </w:r>
          </w:p>
        </w:tc>
        <w:tc>
          <w:tcPr>
            <w:tcW w:w="3916" w:type="dxa"/>
            <w:vAlign w:val="center"/>
          </w:tcPr>
          <w:p w14:paraId="29D3343C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documentação incompleta</w:t>
            </w:r>
          </w:p>
        </w:tc>
      </w:tr>
      <w:tr w:rsidR="008A708C" w:rsidRPr="0090013F" w14:paraId="325D435F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3C173D5A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Paula Milena Ferreira da Cruz</w:t>
            </w:r>
          </w:p>
        </w:tc>
        <w:tc>
          <w:tcPr>
            <w:tcW w:w="3916" w:type="dxa"/>
            <w:vAlign w:val="center"/>
          </w:tcPr>
          <w:p w14:paraId="629968F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2478527B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3EEE535A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Pedro Augusto Paglia Panizzi</w:t>
            </w:r>
          </w:p>
        </w:tc>
        <w:tc>
          <w:tcPr>
            <w:tcW w:w="3916" w:type="dxa"/>
            <w:vAlign w:val="center"/>
          </w:tcPr>
          <w:p w14:paraId="5800743E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42F498CA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3700F800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Peterson Rodrigo dos Santos Corrêa</w:t>
            </w:r>
          </w:p>
        </w:tc>
        <w:tc>
          <w:tcPr>
            <w:tcW w:w="3916" w:type="dxa"/>
            <w:vAlign w:val="center"/>
          </w:tcPr>
          <w:p w14:paraId="3B36DE22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129FFE2F" w14:textId="77777777" w:rsidTr="0090013F">
        <w:trPr>
          <w:trHeight w:val="201"/>
          <w:jc w:val="center"/>
        </w:trPr>
        <w:tc>
          <w:tcPr>
            <w:tcW w:w="4764" w:type="dxa"/>
            <w:vAlign w:val="center"/>
          </w:tcPr>
          <w:p w14:paraId="3C966070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Rafael Antônio Sangalli</w:t>
            </w:r>
          </w:p>
        </w:tc>
        <w:tc>
          <w:tcPr>
            <w:tcW w:w="3916" w:type="dxa"/>
            <w:vAlign w:val="center"/>
          </w:tcPr>
          <w:p w14:paraId="6FFE8778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documentação incompleta</w:t>
            </w:r>
          </w:p>
        </w:tc>
      </w:tr>
      <w:tr w:rsidR="008A708C" w:rsidRPr="0090013F" w14:paraId="6778B644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EE700A8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Rafael Cristiano Vorpagel</w:t>
            </w:r>
          </w:p>
        </w:tc>
        <w:tc>
          <w:tcPr>
            <w:tcW w:w="3916" w:type="dxa"/>
            <w:vAlign w:val="center"/>
          </w:tcPr>
          <w:p w14:paraId="1F10ED9F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50A32067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CF52FD0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Rafael Pinheiro Urbano</w:t>
            </w:r>
          </w:p>
        </w:tc>
        <w:tc>
          <w:tcPr>
            <w:tcW w:w="3916" w:type="dxa"/>
            <w:vAlign w:val="center"/>
          </w:tcPr>
          <w:p w14:paraId="053801A1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7E51EB9C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D1F01FC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Raquel Daiana Marcante</w:t>
            </w:r>
          </w:p>
        </w:tc>
        <w:tc>
          <w:tcPr>
            <w:tcW w:w="3916" w:type="dxa"/>
            <w:vAlign w:val="center"/>
          </w:tcPr>
          <w:p w14:paraId="499BEFF8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26FA5DFA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27C8BCCE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Renan Nayan Sales Xavier</w:t>
            </w:r>
          </w:p>
        </w:tc>
        <w:tc>
          <w:tcPr>
            <w:tcW w:w="3916" w:type="dxa"/>
            <w:vAlign w:val="center"/>
          </w:tcPr>
          <w:p w14:paraId="5AFFEB7F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documentação incompleta</w:t>
            </w:r>
          </w:p>
        </w:tc>
      </w:tr>
      <w:tr w:rsidR="008A708C" w:rsidRPr="0090013F" w14:paraId="5E3F0EF4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6DF3F671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Ricardo Gabriel da Costa</w:t>
            </w:r>
          </w:p>
        </w:tc>
        <w:tc>
          <w:tcPr>
            <w:tcW w:w="3916" w:type="dxa"/>
            <w:vAlign w:val="center"/>
          </w:tcPr>
          <w:p w14:paraId="434236DA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594EFC6F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342D849A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Ronaldo Faustino</w:t>
            </w:r>
          </w:p>
        </w:tc>
        <w:tc>
          <w:tcPr>
            <w:tcW w:w="3916" w:type="dxa"/>
            <w:vAlign w:val="center"/>
          </w:tcPr>
          <w:p w14:paraId="5144D93E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2689ABB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46371128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Rosa Virgínia Espinoza Marin</w:t>
            </w:r>
          </w:p>
        </w:tc>
        <w:tc>
          <w:tcPr>
            <w:tcW w:w="3916" w:type="dxa"/>
            <w:vAlign w:val="center"/>
          </w:tcPr>
          <w:p w14:paraId="4999F569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6EC8B8BC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7204CCC0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Sabrina Argenton Borges</w:t>
            </w:r>
          </w:p>
        </w:tc>
        <w:tc>
          <w:tcPr>
            <w:tcW w:w="3916" w:type="dxa"/>
            <w:vAlign w:val="center"/>
          </w:tcPr>
          <w:p w14:paraId="3D2FD344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61021E85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2563E6C1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Samuel Felipe Nunes</w:t>
            </w:r>
          </w:p>
        </w:tc>
        <w:tc>
          <w:tcPr>
            <w:tcW w:w="3916" w:type="dxa"/>
            <w:vAlign w:val="center"/>
          </w:tcPr>
          <w:p w14:paraId="049847A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43EE0C63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2959C56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Sandro Luiz Hartecopf de Siqueira</w:t>
            </w:r>
          </w:p>
        </w:tc>
        <w:tc>
          <w:tcPr>
            <w:tcW w:w="3916" w:type="dxa"/>
            <w:vAlign w:val="center"/>
          </w:tcPr>
          <w:p w14:paraId="73F61E1C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2292FEED" w14:textId="77777777" w:rsidTr="0090013F">
        <w:trPr>
          <w:trHeight w:val="201"/>
          <w:jc w:val="center"/>
        </w:trPr>
        <w:tc>
          <w:tcPr>
            <w:tcW w:w="4764" w:type="dxa"/>
            <w:vAlign w:val="center"/>
          </w:tcPr>
          <w:p w14:paraId="1E5E0151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Schaiely Luiza da Fonseca</w:t>
            </w:r>
          </w:p>
        </w:tc>
        <w:tc>
          <w:tcPr>
            <w:tcW w:w="3916" w:type="dxa"/>
            <w:vAlign w:val="center"/>
          </w:tcPr>
          <w:p w14:paraId="1765419E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472F93E4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7C4A8A3C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Sidiane Saibro</w:t>
            </w:r>
          </w:p>
        </w:tc>
        <w:tc>
          <w:tcPr>
            <w:tcW w:w="3916" w:type="dxa"/>
            <w:vAlign w:val="center"/>
          </w:tcPr>
          <w:p w14:paraId="52A60C38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1E42A57D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0749599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Soleni Aparecida Freitas Maia</w:t>
            </w:r>
          </w:p>
        </w:tc>
        <w:tc>
          <w:tcPr>
            <w:tcW w:w="3916" w:type="dxa"/>
            <w:vAlign w:val="center"/>
          </w:tcPr>
          <w:p w14:paraId="23FF8FF6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785B3A02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7DD36D12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Stefany Caroline Barbosa</w:t>
            </w:r>
          </w:p>
        </w:tc>
        <w:tc>
          <w:tcPr>
            <w:tcW w:w="3916" w:type="dxa"/>
            <w:vAlign w:val="center"/>
          </w:tcPr>
          <w:p w14:paraId="330C4260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0ACCDD7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5ECD5676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Stefany da Silva Amaral Cagliari</w:t>
            </w:r>
          </w:p>
        </w:tc>
        <w:tc>
          <w:tcPr>
            <w:tcW w:w="3916" w:type="dxa"/>
            <w:vAlign w:val="center"/>
          </w:tcPr>
          <w:p w14:paraId="067AD0E6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7F15C5A6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7061731D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Suellen Ferraz Pappis</w:t>
            </w:r>
          </w:p>
        </w:tc>
        <w:tc>
          <w:tcPr>
            <w:tcW w:w="3916" w:type="dxa"/>
            <w:vAlign w:val="center"/>
          </w:tcPr>
          <w:p w14:paraId="658A20B6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7D2DF289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014C61DA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Tainara Quechini Alves</w:t>
            </w:r>
          </w:p>
        </w:tc>
        <w:tc>
          <w:tcPr>
            <w:tcW w:w="3916" w:type="dxa"/>
            <w:vAlign w:val="center"/>
          </w:tcPr>
          <w:p w14:paraId="6A529513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6B89AA9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66BE6801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Talía Eduarda Filippini</w:t>
            </w:r>
          </w:p>
        </w:tc>
        <w:tc>
          <w:tcPr>
            <w:tcW w:w="3916" w:type="dxa"/>
            <w:vAlign w:val="center"/>
          </w:tcPr>
          <w:p w14:paraId="31A8E07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77BD40B4" w14:textId="77777777" w:rsidTr="0090013F">
        <w:trPr>
          <w:trHeight w:val="201"/>
          <w:jc w:val="center"/>
        </w:trPr>
        <w:tc>
          <w:tcPr>
            <w:tcW w:w="4764" w:type="dxa"/>
            <w:vAlign w:val="center"/>
          </w:tcPr>
          <w:p w14:paraId="63122646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Thaís Regina Peruzzo</w:t>
            </w:r>
          </w:p>
        </w:tc>
        <w:tc>
          <w:tcPr>
            <w:tcW w:w="3916" w:type="dxa"/>
            <w:vAlign w:val="center"/>
          </w:tcPr>
          <w:p w14:paraId="4A534650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706D407F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32682AD5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Thais Alessandra Gasparini Arcari</w:t>
            </w:r>
          </w:p>
        </w:tc>
        <w:tc>
          <w:tcPr>
            <w:tcW w:w="3916" w:type="dxa"/>
            <w:vAlign w:val="center"/>
          </w:tcPr>
          <w:p w14:paraId="61400784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2607F8C4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2A503768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Thiago Alexandre Paglia</w:t>
            </w:r>
          </w:p>
        </w:tc>
        <w:tc>
          <w:tcPr>
            <w:tcW w:w="3916" w:type="dxa"/>
            <w:vAlign w:val="center"/>
          </w:tcPr>
          <w:p w14:paraId="626A6094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5D4A980F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ADF395E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Valeska Heloise Loregian</w:t>
            </w:r>
          </w:p>
        </w:tc>
        <w:tc>
          <w:tcPr>
            <w:tcW w:w="3916" w:type="dxa"/>
            <w:vAlign w:val="center"/>
          </w:tcPr>
          <w:p w14:paraId="00A88D8A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419545F7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1B868BF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Vanessa dos Santos Pinto Ribeiro</w:t>
            </w:r>
          </w:p>
        </w:tc>
        <w:tc>
          <w:tcPr>
            <w:tcW w:w="3916" w:type="dxa"/>
            <w:vAlign w:val="center"/>
          </w:tcPr>
          <w:p w14:paraId="6A97188A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262613B0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6A9FAC9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Vanessa Maria Schnornberger</w:t>
            </w:r>
          </w:p>
        </w:tc>
        <w:tc>
          <w:tcPr>
            <w:tcW w:w="3916" w:type="dxa"/>
            <w:vAlign w:val="center"/>
          </w:tcPr>
          <w:p w14:paraId="1206B3A2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7639A3EA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DCE0581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Vinicius Gabriel Santuches</w:t>
            </w:r>
          </w:p>
        </w:tc>
        <w:tc>
          <w:tcPr>
            <w:tcW w:w="3916" w:type="dxa"/>
            <w:vAlign w:val="center"/>
          </w:tcPr>
          <w:p w14:paraId="03B5F30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21D4F4B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1C524DAF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Vinicius Luiz Morais Barbosa</w:t>
            </w:r>
          </w:p>
        </w:tc>
        <w:tc>
          <w:tcPr>
            <w:tcW w:w="3916" w:type="dxa"/>
            <w:vAlign w:val="center"/>
          </w:tcPr>
          <w:p w14:paraId="1C7AE7DA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726D8B2A" w14:textId="77777777" w:rsidTr="0090013F">
        <w:trPr>
          <w:trHeight w:val="201"/>
          <w:jc w:val="center"/>
        </w:trPr>
        <w:tc>
          <w:tcPr>
            <w:tcW w:w="4764" w:type="dxa"/>
            <w:vAlign w:val="center"/>
          </w:tcPr>
          <w:p w14:paraId="2977B375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Vitória Christine Langaro Pavi</w:t>
            </w:r>
          </w:p>
        </w:tc>
        <w:tc>
          <w:tcPr>
            <w:tcW w:w="3916" w:type="dxa"/>
            <w:vAlign w:val="center"/>
          </w:tcPr>
          <w:p w14:paraId="702C66B8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30448F77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6F80C0DE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Viviane Franzen Ghiggi</w:t>
            </w:r>
          </w:p>
        </w:tc>
        <w:tc>
          <w:tcPr>
            <w:tcW w:w="3916" w:type="dxa"/>
            <w:vAlign w:val="center"/>
          </w:tcPr>
          <w:p w14:paraId="3973F32B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  <w:tr w:rsidR="008A708C" w:rsidRPr="0090013F" w14:paraId="1545BFCC" w14:textId="77777777" w:rsidTr="0090013F">
        <w:trPr>
          <w:trHeight w:val="188"/>
          <w:jc w:val="center"/>
        </w:trPr>
        <w:tc>
          <w:tcPr>
            <w:tcW w:w="4764" w:type="dxa"/>
            <w:vAlign w:val="center"/>
          </w:tcPr>
          <w:p w14:paraId="51408FB6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Wellinton Padilha Batista</w:t>
            </w:r>
          </w:p>
        </w:tc>
        <w:tc>
          <w:tcPr>
            <w:tcW w:w="3916" w:type="dxa"/>
            <w:vAlign w:val="center"/>
          </w:tcPr>
          <w:p w14:paraId="34D61DE6" w14:textId="77777777" w:rsidR="008A708C" w:rsidRPr="0090013F" w:rsidRDefault="00000000">
            <w:pPr>
              <w:rPr>
                <w:sz w:val="28"/>
                <w:szCs w:val="36"/>
              </w:rPr>
            </w:pPr>
            <w:r w:rsidRPr="0090013F">
              <w:rPr>
                <w:rFonts w:ascii="Arial" w:hAnsi="Arial"/>
                <w:sz w:val="28"/>
                <w:szCs w:val="36"/>
              </w:rPr>
              <w:t>deferido</w:t>
            </w:r>
          </w:p>
        </w:tc>
      </w:tr>
    </w:tbl>
    <w:p w14:paraId="2FDBB446" w14:textId="77777777" w:rsidR="004F2DC4" w:rsidRPr="0090013F" w:rsidRDefault="004F2DC4">
      <w:pPr>
        <w:rPr>
          <w:sz w:val="32"/>
          <w:szCs w:val="32"/>
        </w:rPr>
      </w:pPr>
    </w:p>
    <w:sectPr w:rsidR="004F2DC4" w:rsidRPr="0090013F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8379361">
    <w:abstractNumId w:val="8"/>
  </w:num>
  <w:num w:numId="2" w16cid:durableId="439691452">
    <w:abstractNumId w:val="6"/>
  </w:num>
  <w:num w:numId="3" w16cid:durableId="2114669921">
    <w:abstractNumId w:val="5"/>
  </w:num>
  <w:num w:numId="4" w16cid:durableId="1497454541">
    <w:abstractNumId w:val="4"/>
  </w:num>
  <w:num w:numId="5" w16cid:durableId="75245715">
    <w:abstractNumId w:val="7"/>
  </w:num>
  <w:num w:numId="6" w16cid:durableId="514728495">
    <w:abstractNumId w:val="3"/>
  </w:num>
  <w:num w:numId="7" w16cid:durableId="496455987">
    <w:abstractNumId w:val="2"/>
  </w:num>
  <w:num w:numId="8" w16cid:durableId="163671103">
    <w:abstractNumId w:val="1"/>
  </w:num>
  <w:num w:numId="9" w16cid:durableId="839614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04C1"/>
    <w:rsid w:val="00326F90"/>
    <w:rsid w:val="004F2DC4"/>
    <w:rsid w:val="008A708C"/>
    <w:rsid w:val="0090013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4088BA"/>
  <w14:defaultImageDpi w14:val="300"/>
  <w15:docId w15:val="{6D2469CA-2BAD-4EA5-802E-A8BC2FC8A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874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-</cp:lastModifiedBy>
  <cp:revision>2</cp:revision>
  <dcterms:created xsi:type="dcterms:W3CDTF">2026-10-20T14:21:00Z</dcterms:created>
  <dcterms:modified xsi:type="dcterms:W3CDTF">2026-10-20T14:21:00Z</dcterms:modified>
  <cp:category/>
</cp:coreProperties>
</file>